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79A" w:rsidRDefault="00F53D27">
      <w:pPr>
        <w:jc w:val="center"/>
        <w:rPr>
          <w:rFonts w:hint="eastAsia"/>
        </w:rPr>
      </w:pPr>
      <w:r>
        <w:rPr>
          <w:b/>
          <w:sz w:val="34"/>
        </w:rPr>
        <w:t>🕵</w:t>
      </w:r>
      <w:r>
        <w:rPr>
          <w:b/>
          <w:sz w:val="34"/>
        </w:rPr>
        <w:t>️</w:t>
      </w:r>
      <w:r>
        <w:rPr>
          <w:b/>
          <w:sz w:val="34"/>
        </w:rPr>
        <w:t xml:space="preserve"> IDENTIKIT DEL MIO COMPAGNO</w:t>
      </w:r>
    </w:p>
    <w:p w:rsidR="00F53D27" w:rsidRPr="00F53D27" w:rsidRDefault="00F53D27" w:rsidP="00F53D27">
      <w:pPr>
        <w:jc w:val="center"/>
        <w:rPr>
          <w:rFonts w:hint="eastAsia"/>
          <w:sz w:val="26"/>
        </w:rPr>
      </w:pPr>
      <w:proofErr w:type="spellStart"/>
      <w:r>
        <w:rPr>
          <w:sz w:val="26"/>
        </w:rPr>
        <w:t>Poni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queste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domande</w:t>
      </w:r>
      <w:proofErr w:type="spellEnd"/>
      <w:r>
        <w:rPr>
          <w:sz w:val="26"/>
        </w:rPr>
        <w:t xml:space="preserve"> al </w:t>
      </w:r>
      <w:proofErr w:type="spellStart"/>
      <w:r>
        <w:rPr>
          <w:sz w:val="26"/>
        </w:rPr>
        <w:t>tuo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compagno</w:t>
      </w:r>
      <w:proofErr w:type="spellEnd"/>
      <w:r>
        <w:rPr>
          <w:sz w:val="26"/>
        </w:rPr>
        <w:t xml:space="preserve"> di banco e poi </w:t>
      </w:r>
      <w:proofErr w:type="spellStart"/>
      <w:r>
        <w:rPr>
          <w:sz w:val="26"/>
        </w:rPr>
        <w:t>presentalo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alla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classe</w:t>
      </w:r>
      <w:proofErr w:type="spellEnd"/>
      <w:r>
        <w:rPr>
          <w:sz w:val="26"/>
        </w:rPr>
        <w:t>.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270"/>
        <w:gridCol w:w="5270"/>
      </w:tblGrid>
      <w:tr w:rsidR="00B3479A" w:rsidRPr="00F53D27">
        <w:trPr>
          <w:jc w:val="center"/>
        </w:trPr>
        <w:tc>
          <w:tcPr>
            <w:tcW w:w="5270" w:type="dxa"/>
            <w:vAlign w:val="center"/>
          </w:tcPr>
          <w:p w:rsidR="00B3479A" w:rsidRPr="00F53D27" w:rsidRDefault="00F53D27" w:rsidP="00F53D27">
            <w:pPr>
              <w:spacing w:line="360" w:lineRule="auto"/>
              <w:rPr>
                <w:rFonts w:hint="eastAsia"/>
                <w:sz w:val="26"/>
              </w:rPr>
            </w:pPr>
            <w:r w:rsidRPr="00F53D27">
              <w:rPr>
                <w:sz w:val="26"/>
              </w:rPr>
              <w:t>Nome: ____________________________</w:t>
            </w:r>
            <w:r>
              <w:rPr>
                <w:sz w:val="26"/>
              </w:rPr>
              <w:t>________________</w:t>
            </w:r>
          </w:p>
        </w:tc>
        <w:tc>
          <w:tcPr>
            <w:tcW w:w="5270" w:type="dxa"/>
            <w:vAlign w:val="center"/>
          </w:tcPr>
          <w:p w:rsidR="00B3479A" w:rsidRPr="00F53D27" w:rsidRDefault="00F53D27" w:rsidP="00F53D27">
            <w:pPr>
              <w:spacing w:line="360" w:lineRule="auto"/>
              <w:rPr>
                <w:rFonts w:hint="eastAsia"/>
                <w:sz w:val="26"/>
              </w:rPr>
            </w:pPr>
            <w:r w:rsidRPr="00F53D27">
              <w:rPr>
                <w:sz w:val="26"/>
              </w:rPr>
              <w:t>Classe: ____________</w:t>
            </w:r>
          </w:p>
        </w:tc>
      </w:tr>
      <w:tr w:rsidR="00B3479A" w:rsidRPr="00F53D27">
        <w:trPr>
          <w:jc w:val="center"/>
        </w:trPr>
        <w:tc>
          <w:tcPr>
            <w:tcW w:w="5270" w:type="dxa"/>
            <w:vAlign w:val="center"/>
          </w:tcPr>
          <w:p w:rsidR="00B3479A" w:rsidRPr="00F53D27" w:rsidRDefault="00F53D27" w:rsidP="00F53D27">
            <w:pPr>
              <w:spacing w:line="360" w:lineRule="auto"/>
              <w:rPr>
                <w:rFonts w:hint="eastAsia"/>
                <w:sz w:val="26"/>
              </w:rPr>
            </w:pPr>
            <w:r w:rsidRPr="00F53D27">
              <w:rPr>
                <w:sz w:val="26"/>
              </w:rPr>
              <w:t xml:space="preserve">Il </w:t>
            </w:r>
            <w:proofErr w:type="spellStart"/>
            <w:r w:rsidRPr="00F53D27">
              <w:rPr>
                <w:sz w:val="26"/>
              </w:rPr>
              <w:t>suo</w:t>
            </w:r>
            <w:proofErr w:type="spellEnd"/>
            <w:r w:rsidRPr="00F53D27">
              <w:rPr>
                <w:sz w:val="26"/>
              </w:rPr>
              <w:t xml:space="preserve"> </w:t>
            </w:r>
            <w:proofErr w:type="spellStart"/>
            <w:r w:rsidRPr="00F53D27">
              <w:rPr>
                <w:sz w:val="26"/>
              </w:rPr>
              <w:t>soprannome</w:t>
            </w:r>
            <w:proofErr w:type="spellEnd"/>
            <w:r w:rsidRPr="00F53D27">
              <w:rPr>
                <w:sz w:val="26"/>
              </w:rPr>
              <w:t>: ________________________</w:t>
            </w:r>
            <w:r>
              <w:rPr>
                <w:sz w:val="26"/>
              </w:rPr>
              <w:t>_____</w:t>
            </w:r>
          </w:p>
        </w:tc>
        <w:tc>
          <w:tcPr>
            <w:tcW w:w="5270" w:type="dxa"/>
            <w:vAlign w:val="center"/>
          </w:tcPr>
          <w:p w:rsidR="00B3479A" w:rsidRPr="00F53D27" w:rsidRDefault="00F53D27" w:rsidP="00F53D27">
            <w:pPr>
              <w:spacing w:line="360" w:lineRule="auto"/>
              <w:rPr>
                <w:rFonts w:hint="eastAsia"/>
                <w:sz w:val="26"/>
              </w:rPr>
            </w:pPr>
            <w:r w:rsidRPr="00F53D27">
              <w:rPr>
                <w:sz w:val="26"/>
              </w:rPr>
              <w:t xml:space="preserve">Lo </w:t>
            </w:r>
            <w:proofErr w:type="spellStart"/>
            <w:r w:rsidRPr="00F53D27">
              <w:rPr>
                <w:sz w:val="26"/>
              </w:rPr>
              <w:t>conosco</w:t>
            </w:r>
            <w:proofErr w:type="spellEnd"/>
            <w:r w:rsidRPr="00F53D27">
              <w:rPr>
                <w:sz w:val="26"/>
              </w:rPr>
              <w:t xml:space="preserve"> da: ________________</w:t>
            </w:r>
            <w:r>
              <w:rPr>
                <w:sz w:val="26"/>
              </w:rPr>
              <w:t>____________</w:t>
            </w:r>
          </w:p>
        </w:tc>
      </w:tr>
    </w:tbl>
    <w:p w:rsidR="00B3479A" w:rsidRPr="00F53D27" w:rsidRDefault="00B3479A" w:rsidP="00F53D27">
      <w:pPr>
        <w:spacing w:line="360" w:lineRule="auto"/>
        <w:rPr>
          <w:rFonts w:hint="eastAsia"/>
          <w:sz w:val="26"/>
        </w:rPr>
      </w:pPr>
    </w:p>
    <w:p w:rsidR="00B3479A" w:rsidRPr="00F53D27" w:rsidRDefault="00F53D27" w:rsidP="00F53D27">
      <w:pPr>
        <w:spacing w:after="20" w:line="360" w:lineRule="auto"/>
        <w:rPr>
          <w:rFonts w:hint="eastAsia"/>
          <w:sz w:val="26"/>
        </w:rPr>
      </w:pPr>
      <w:r w:rsidRPr="00F53D27">
        <w:rPr>
          <w:b/>
          <w:sz w:val="26"/>
        </w:rPr>
        <w:t>🎵</w:t>
      </w:r>
      <w:r w:rsidRPr="00F53D27">
        <w:rPr>
          <w:b/>
          <w:sz w:val="26"/>
        </w:rPr>
        <w:t xml:space="preserve"> 1. Se </w:t>
      </w:r>
      <w:proofErr w:type="spellStart"/>
      <w:r w:rsidRPr="00F53D27">
        <w:rPr>
          <w:b/>
          <w:sz w:val="26"/>
        </w:rPr>
        <w:t>potess</w:t>
      </w:r>
      <w:r>
        <w:rPr>
          <w:b/>
          <w:sz w:val="26"/>
        </w:rPr>
        <w:t>i</w:t>
      </w:r>
      <w:proofErr w:type="spellEnd"/>
      <w:r w:rsidRPr="00F53D27">
        <w:rPr>
          <w:b/>
          <w:sz w:val="26"/>
        </w:rPr>
        <w:t xml:space="preserve"> </w:t>
      </w:r>
      <w:proofErr w:type="spellStart"/>
      <w:r w:rsidRPr="00F53D27">
        <w:rPr>
          <w:b/>
          <w:sz w:val="26"/>
        </w:rPr>
        <w:t>ascoltare</w:t>
      </w:r>
      <w:proofErr w:type="spellEnd"/>
      <w:r w:rsidRPr="00F53D27">
        <w:rPr>
          <w:b/>
          <w:sz w:val="26"/>
        </w:rPr>
        <w:t xml:space="preserve"> una </w:t>
      </w:r>
      <w:r w:rsidRPr="00F53D27">
        <w:rPr>
          <w:b/>
          <w:sz w:val="26"/>
        </w:rPr>
        <w:t xml:space="preserve">sola canzone </w:t>
      </w:r>
      <w:proofErr w:type="spellStart"/>
      <w:r w:rsidRPr="00F53D27">
        <w:rPr>
          <w:b/>
          <w:sz w:val="26"/>
        </w:rPr>
        <w:t>oggi</w:t>
      </w:r>
      <w:proofErr w:type="spellEnd"/>
      <w:r w:rsidRPr="00F53D27">
        <w:rPr>
          <w:b/>
          <w:sz w:val="26"/>
        </w:rPr>
        <w:t xml:space="preserve">, quale </w:t>
      </w:r>
      <w:proofErr w:type="spellStart"/>
      <w:r w:rsidRPr="00F53D27">
        <w:rPr>
          <w:b/>
          <w:sz w:val="26"/>
        </w:rPr>
        <w:t>scegliere</w:t>
      </w:r>
      <w:r>
        <w:rPr>
          <w:b/>
          <w:sz w:val="26"/>
        </w:rPr>
        <w:t>sti</w:t>
      </w:r>
      <w:proofErr w:type="spellEnd"/>
      <w:r w:rsidRPr="00F53D27">
        <w:rPr>
          <w:b/>
          <w:sz w:val="26"/>
        </w:rPr>
        <w:t>?</w:t>
      </w:r>
    </w:p>
    <w:p w:rsidR="00B3479A" w:rsidRPr="00F53D27" w:rsidRDefault="00F53D27" w:rsidP="00F53D27">
      <w:pPr>
        <w:spacing w:after="80" w:line="360" w:lineRule="auto"/>
        <w:rPr>
          <w:rFonts w:hint="eastAsia"/>
          <w:sz w:val="26"/>
        </w:rPr>
      </w:pPr>
      <w:r w:rsidRPr="00F53D27">
        <w:rPr>
          <w:sz w:val="26"/>
        </w:rPr>
        <w:t>____________________________________________________________</w:t>
      </w:r>
      <w:r>
        <w:rPr>
          <w:sz w:val="26"/>
        </w:rPr>
        <w:t>_______________________</w:t>
      </w:r>
    </w:p>
    <w:p w:rsidR="00B3479A" w:rsidRPr="00F53D27" w:rsidRDefault="00F53D27" w:rsidP="00F53D27">
      <w:pPr>
        <w:spacing w:after="20" w:line="360" w:lineRule="auto"/>
        <w:rPr>
          <w:rFonts w:hint="eastAsia"/>
          <w:sz w:val="26"/>
        </w:rPr>
      </w:pPr>
      <w:r w:rsidRPr="00F53D27">
        <w:rPr>
          <w:b/>
          <w:sz w:val="26"/>
        </w:rPr>
        <w:t>⭐</w:t>
      </w:r>
      <w:r w:rsidRPr="00F53D27">
        <w:rPr>
          <w:b/>
          <w:sz w:val="26"/>
        </w:rPr>
        <w:t xml:space="preserve"> 2. Tre parole </w:t>
      </w:r>
      <w:proofErr w:type="spellStart"/>
      <w:r w:rsidRPr="00F53D27">
        <w:rPr>
          <w:b/>
          <w:sz w:val="26"/>
        </w:rPr>
        <w:t>che</w:t>
      </w:r>
      <w:proofErr w:type="spellEnd"/>
      <w:r w:rsidRPr="00F53D27"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ti</w:t>
      </w:r>
      <w:proofErr w:type="spellEnd"/>
      <w:r w:rsidRPr="00F53D27">
        <w:rPr>
          <w:b/>
          <w:sz w:val="26"/>
        </w:rPr>
        <w:t xml:space="preserve"> </w:t>
      </w:r>
      <w:proofErr w:type="spellStart"/>
      <w:r w:rsidRPr="00F53D27">
        <w:rPr>
          <w:b/>
          <w:sz w:val="26"/>
        </w:rPr>
        <w:t>descrivono</w:t>
      </w:r>
      <w:proofErr w:type="spellEnd"/>
      <w:r w:rsidRPr="00F53D27">
        <w:rPr>
          <w:b/>
          <w:sz w:val="26"/>
        </w:rPr>
        <w:t>:</w:t>
      </w:r>
    </w:p>
    <w:p w:rsidR="00B3479A" w:rsidRPr="00F53D27" w:rsidRDefault="00F53D27" w:rsidP="00F53D27">
      <w:pPr>
        <w:spacing w:after="80" w:line="360" w:lineRule="auto"/>
        <w:rPr>
          <w:rFonts w:hint="eastAsia"/>
          <w:sz w:val="26"/>
        </w:rPr>
      </w:pPr>
      <w:r w:rsidRPr="00F53D27">
        <w:rPr>
          <w:sz w:val="26"/>
        </w:rPr>
        <w:t>_________</w:t>
      </w:r>
      <w:r>
        <w:rPr>
          <w:sz w:val="26"/>
        </w:rPr>
        <w:t>________________</w:t>
      </w:r>
      <w:r w:rsidRPr="00F53D27">
        <w:rPr>
          <w:sz w:val="26"/>
        </w:rPr>
        <w:t>_______  •  _________</w:t>
      </w:r>
      <w:r>
        <w:rPr>
          <w:sz w:val="26"/>
        </w:rPr>
        <w:t>_______________</w:t>
      </w:r>
      <w:r w:rsidRPr="00F53D27">
        <w:rPr>
          <w:sz w:val="26"/>
        </w:rPr>
        <w:t>_______  •  _______</w:t>
      </w:r>
      <w:r>
        <w:rPr>
          <w:sz w:val="26"/>
        </w:rPr>
        <w:t>____________</w:t>
      </w:r>
      <w:r w:rsidRPr="00F53D27">
        <w:rPr>
          <w:sz w:val="26"/>
        </w:rPr>
        <w:t>_________</w:t>
      </w:r>
    </w:p>
    <w:p w:rsidR="00B3479A" w:rsidRPr="00F53D27" w:rsidRDefault="00F53D27" w:rsidP="00F53D27">
      <w:pPr>
        <w:spacing w:after="20" w:line="360" w:lineRule="auto"/>
        <w:rPr>
          <w:rFonts w:hint="eastAsia"/>
          <w:sz w:val="26"/>
        </w:rPr>
      </w:pPr>
      <w:r w:rsidRPr="00F53D27">
        <w:rPr>
          <w:b/>
          <w:sz w:val="26"/>
        </w:rPr>
        <w:t>🎯</w:t>
      </w:r>
      <w:r w:rsidRPr="00F53D27">
        <w:rPr>
          <w:b/>
          <w:sz w:val="26"/>
        </w:rPr>
        <w:t xml:space="preserve"> 3. Una </w:t>
      </w:r>
      <w:proofErr w:type="spellStart"/>
      <w:r w:rsidRPr="00F53D27">
        <w:rPr>
          <w:b/>
          <w:sz w:val="26"/>
        </w:rPr>
        <w:t>cosa</w:t>
      </w:r>
      <w:proofErr w:type="spellEnd"/>
      <w:r w:rsidRPr="00F53D27">
        <w:rPr>
          <w:b/>
          <w:sz w:val="26"/>
        </w:rPr>
        <w:t xml:space="preserve"> </w:t>
      </w:r>
      <w:proofErr w:type="spellStart"/>
      <w:r w:rsidRPr="00F53D27">
        <w:rPr>
          <w:b/>
          <w:sz w:val="26"/>
        </w:rPr>
        <w:t>che</w:t>
      </w:r>
      <w:proofErr w:type="spellEnd"/>
      <w:r w:rsidRPr="00F53D27"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ti</w:t>
      </w:r>
      <w:proofErr w:type="spellEnd"/>
      <w:r w:rsidRPr="00F53D27">
        <w:rPr>
          <w:b/>
          <w:sz w:val="26"/>
        </w:rPr>
        <w:t xml:space="preserve"> </w:t>
      </w:r>
      <w:proofErr w:type="spellStart"/>
      <w:r w:rsidRPr="00F53D27">
        <w:rPr>
          <w:b/>
          <w:sz w:val="26"/>
        </w:rPr>
        <w:t>piace</w:t>
      </w:r>
      <w:proofErr w:type="spellEnd"/>
      <w:r w:rsidRPr="00F53D27">
        <w:rPr>
          <w:b/>
          <w:sz w:val="26"/>
        </w:rPr>
        <w:t xml:space="preserve"> molto:</w:t>
      </w:r>
    </w:p>
    <w:p w:rsidR="00B3479A" w:rsidRPr="00F53D27" w:rsidRDefault="00F53D27" w:rsidP="00F53D27">
      <w:pPr>
        <w:spacing w:after="80" w:line="360" w:lineRule="auto"/>
        <w:rPr>
          <w:rFonts w:hint="eastAsia"/>
          <w:sz w:val="26"/>
        </w:rPr>
      </w:pPr>
      <w:r w:rsidRPr="00F53D27">
        <w:rPr>
          <w:sz w:val="26"/>
        </w:rPr>
        <w:t>____________________</w:t>
      </w:r>
      <w:r w:rsidRPr="00F53D27">
        <w:rPr>
          <w:sz w:val="26"/>
        </w:rPr>
        <w:t>________________________________________</w:t>
      </w:r>
    </w:p>
    <w:p w:rsidR="00B3479A" w:rsidRPr="00F53D27" w:rsidRDefault="00F53D27" w:rsidP="00F53D27">
      <w:pPr>
        <w:spacing w:after="20" w:line="360" w:lineRule="auto"/>
        <w:rPr>
          <w:rFonts w:hint="eastAsia"/>
          <w:sz w:val="26"/>
        </w:rPr>
      </w:pPr>
      <w:r w:rsidRPr="00F53D27">
        <w:rPr>
          <w:b/>
          <w:sz w:val="26"/>
        </w:rPr>
        <w:t>🚫</w:t>
      </w:r>
      <w:r w:rsidRPr="00F53D27">
        <w:rPr>
          <w:b/>
          <w:sz w:val="26"/>
        </w:rPr>
        <w:t xml:space="preserve"> 4. Una cosa </w:t>
      </w:r>
      <w:proofErr w:type="spellStart"/>
      <w:r w:rsidRPr="00F53D27">
        <w:rPr>
          <w:b/>
          <w:sz w:val="26"/>
        </w:rPr>
        <w:t>che</w:t>
      </w:r>
      <w:proofErr w:type="spellEnd"/>
      <w:r w:rsidRPr="00F53D27">
        <w:rPr>
          <w:b/>
          <w:sz w:val="26"/>
        </w:rPr>
        <w:t xml:space="preserve"> proprio non </w:t>
      </w:r>
      <w:proofErr w:type="spellStart"/>
      <w:r w:rsidRPr="00F53D27">
        <w:rPr>
          <w:b/>
          <w:sz w:val="26"/>
        </w:rPr>
        <w:t>sopport</w:t>
      </w:r>
      <w:r>
        <w:rPr>
          <w:b/>
          <w:sz w:val="26"/>
        </w:rPr>
        <w:t>i</w:t>
      </w:r>
      <w:proofErr w:type="spellEnd"/>
      <w:r w:rsidRPr="00F53D27">
        <w:rPr>
          <w:b/>
          <w:sz w:val="26"/>
        </w:rPr>
        <w:t>:</w:t>
      </w:r>
    </w:p>
    <w:p w:rsidR="00B3479A" w:rsidRPr="00F53D27" w:rsidRDefault="00F53D27" w:rsidP="00F53D27">
      <w:pPr>
        <w:spacing w:after="80" w:line="360" w:lineRule="auto"/>
        <w:rPr>
          <w:rFonts w:hint="eastAsia"/>
          <w:sz w:val="26"/>
        </w:rPr>
      </w:pPr>
      <w:r w:rsidRPr="00F53D27">
        <w:rPr>
          <w:sz w:val="26"/>
        </w:rPr>
        <w:t>____________________________________________________________</w:t>
      </w:r>
    </w:p>
    <w:p w:rsidR="00B3479A" w:rsidRPr="00F53D27" w:rsidRDefault="00F53D27" w:rsidP="00F53D27">
      <w:pPr>
        <w:spacing w:after="20" w:line="360" w:lineRule="auto"/>
        <w:rPr>
          <w:rFonts w:hint="eastAsia"/>
          <w:sz w:val="26"/>
        </w:rPr>
      </w:pPr>
      <w:r w:rsidRPr="00F53D27">
        <w:rPr>
          <w:b/>
          <w:sz w:val="26"/>
        </w:rPr>
        <w:t>💡</w:t>
      </w:r>
      <w:r w:rsidRPr="00F53D27">
        <w:rPr>
          <w:b/>
          <w:sz w:val="26"/>
        </w:rPr>
        <w:t xml:space="preserve"> 5. </w:t>
      </w:r>
      <w:proofErr w:type="spellStart"/>
      <w:r>
        <w:rPr>
          <w:b/>
          <w:sz w:val="26"/>
        </w:rPr>
        <w:t>Rispondi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tu</w:t>
      </w:r>
      <w:proofErr w:type="spellEnd"/>
      <w:r>
        <w:rPr>
          <w:b/>
          <w:sz w:val="26"/>
        </w:rPr>
        <w:t>: u</w:t>
      </w:r>
      <w:r w:rsidRPr="00F53D27">
        <w:rPr>
          <w:b/>
          <w:sz w:val="26"/>
        </w:rPr>
        <w:t xml:space="preserve">na </w:t>
      </w:r>
      <w:proofErr w:type="spellStart"/>
      <w:r w:rsidRPr="00F53D27">
        <w:rPr>
          <w:b/>
          <w:sz w:val="26"/>
        </w:rPr>
        <w:t>qualità</w:t>
      </w:r>
      <w:proofErr w:type="spellEnd"/>
      <w:r w:rsidRPr="00F53D27">
        <w:rPr>
          <w:b/>
          <w:sz w:val="26"/>
        </w:rPr>
        <w:t xml:space="preserve"> </w:t>
      </w:r>
      <w:proofErr w:type="spellStart"/>
      <w:r w:rsidRPr="00F53D27">
        <w:rPr>
          <w:b/>
          <w:sz w:val="26"/>
        </w:rPr>
        <w:t>che</w:t>
      </w:r>
      <w:proofErr w:type="spellEnd"/>
      <w:r>
        <w:rPr>
          <w:b/>
          <w:sz w:val="26"/>
        </w:rPr>
        <w:t xml:space="preserve"> ho</w:t>
      </w:r>
      <w:r w:rsidRPr="00F53D27">
        <w:rPr>
          <w:b/>
          <w:sz w:val="26"/>
        </w:rPr>
        <w:t xml:space="preserve"> </w:t>
      </w:r>
      <w:proofErr w:type="spellStart"/>
      <w:r w:rsidRPr="00F53D27">
        <w:rPr>
          <w:b/>
          <w:sz w:val="26"/>
        </w:rPr>
        <w:t>scoperto</w:t>
      </w:r>
      <w:proofErr w:type="spellEnd"/>
      <w:r w:rsidRPr="00F53D27">
        <w:rPr>
          <w:b/>
          <w:sz w:val="26"/>
        </w:rPr>
        <w:t xml:space="preserve"> parlando con lui/lei:</w:t>
      </w:r>
    </w:p>
    <w:p w:rsidR="00B3479A" w:rsidRPr="00F53D27" w:rsidRDefault="00F53D27" w:rsidP="00F53D27">
      <w:pPr>
        <w:spacing w:after="80" w:line="360" w:lineRule="auto"/>
        <w:rPr>
          <w:rFonts w:hint="eastAsia"/>
          <w:sz w:val="26"/>
        </w:rPr>
      </w:pPr>
      <w:r w:rsidRPr="00F53D27">
        <w:rPr>
          <w:sz w:val="26"/>
        </w:rPr>
        <w:t>_________________________________________________________</w:t>
      </w:r>
      <w:r w:rsidRPr="00F53D27">
        <w:rPr>
          <w:sz w:val="26"/>
        </w:rPr>
        <w:t>___</w:t>
      </w:r>
    </w:p>
    <w:p w:rsidR="00B3479A" w:rsidRPr="00F53D27" w:rsidRDefault="00F53D27" w:rsidP="00F53D27">
      <w:pPr>
        <w:spacing w:after="20" w:line="360" w:lineRule="auto"/>
        <w:rPr>
          <w:rFonts w:hint="eastAsia"/>
          <w:sz w:val="26"/>
        </w:rPr>
      </w:pPr>
      <w:r w:rsidRPr="00F53D27">
        <w:rPr>
          <w:b/>
          <w:sz w:val="26"/>
        </w:rPr>
        <w:t>🎒</w:t>
      </w:r>
      <w:r w:rsidRPr="00F53D27">
        <w:rPr>
          <w:b/>
          <w:sz w:val="26"/>
        </w:rPr>
        <w:t xml:space="preserve"> 6. A </w:t>
      </w:r>
      <w:proofErr w:type="spellStart"/>
      <w:r w:rsidRPr="00F53D27">
        <w:rPr>
          <w:b/>
          <w:sz w:val="26"/>
        </w:rPr>
        <w:t>scuola</w:t>
      </w:r>
      <w:proofErr w:type="spellEnd"/>
      <w:r w:rsidRPr="00F53D27">
        <w:rPr>
          <w:b/>
          <w:sz w:val="26"/>
        </w:rPr>
        <w:t xml:space="preserve"> </w:t>
      </w:r>
      <w:proofErr w:type="spellStart"/>
      <w:r w:rsidRPr="00F53D27">
        <w:rPr>
          <w:b/>
          <w:sz w:val="26"/>
        </w:rPr>
        <w:t>pens</w:t>
      </w:r>
      <w:r>
        <w:rPr>
          <w:b/>
          <w:sz w:val="26"/>
        </w:rPr>
        <w:t>i</w:t>
      </w:r>
      <w:proofErr w:type="spellEnd"/>
      <w:r w:rsidRPr="00F53D27">
        <w:rPr>
          <w:b/>
          <w:sz w:val="26"/>
        </w:rPr>
        <w:t xml:space="preserve"> di </w:t>
      </w:r>
      <w:proofErr w:type="spellStart"/>
      <w:r w:rsidRPr="00F53D27">
        <w:rPr>
          <w:b/>
          <w:sz w:val="26"/>
        </w:rPr>
        <w:t>essere</w:t>
      </w:r>
      <w:proofErr w:type="spellEnd"/>
      <w:r w:rsidRPr="00F53D27">
        <w:rPr>
          <w:b/>
          <w:sz w:val="26"/>
        </w:rPr>
        <w:t xml:space="preserve"> bravo/a soprattutto in…</w:t>
      </w:r>
    </w:p>
    <w:p w:rsidR="00B3479A" w:rsidRPr="00F53D27" w:rsidRDefault="00F53D27" w:rsidP="00F53D27">
      <w:pPr>
        <w:spacing w:after="80" w:line="360" w:lineRule="auto"/>
        <w:rPr>
          <w:rFonts w:hint="eastAsia"/>
          <w:sz w:val="26"/>
        </w:rPr>
      </w:pPr>
      <w:r w:rsidRPr="00F53D27">
        <w:rPr>
          <w:sz w:val="26"/>
        </w:rPr>
        <w:t>____________________________________________________________</w:t>
      </w:r>
    </w:p>
    <w:p w:rsidR="00B3479A" w:rsidRPr="00F53D27" w:rsidRDefault="00F53D27" w:rsidP="00F53D27">
      <w:pPr>
        <w:spacing w:after="20" w:line="360" w:lineRule="auto"/>
        <w:rPr>
          <w:rFonts w:hint="eastAsia"/>
          <w:sz w:val="26"/>
        </w:rPr>
      </w:pPr>
      <w:r w:rsidRPr="00F53D27">
        <w:rPr>
          <w:b/>
          <w:sz w:val="26"/>
        </w:rPr>
        <w:t>🌍</w:t>
      </w:r>
      <w:r w:rsidRPr="00F53D27">
        <w:rPr>
          <w:b/>
          <w:sz w:val="26"/>
        </w:rPr>
        <w:t xml:space="preserve"> 7. Se </w:t>
      </w:r>
      <w:proofErr w:type="spellStart"/>
      <w:r w:rsidRPr="00F53D27">
        <w:rPr>
          <w:b/>
          <w:sz w:val="26"/>
        </w:rPr>
        <w:t>potess</w:t>
      </w:r>
      <w:r>
        <w:rPr>
          <w:b/>
          <w:sz w:val="26"/>
        </w:rPr>
        <w:t>i</w:t>
      </w:r>
      <w:proofErr w:type="spellEnd"/>
      <w:r w:rsidRPr="00F53D27">
        <w:rPr>
          <w:b/>
          <w:sz w:val="26"/>
        </w:rPr>
        <w:t xml:space="preserve"> partire domani, dove andre</w:t>
      </w:r>
      <w:r>
        <w:rPr>
          <w:b/>
          <w:sz w:val="26"/>
        </w:rPr>
        <w:t>sti</w:t>
      </w:r>
      <w:bookmarkStart w:id="0" w:name="_GoBack"/>
      <w:bookmarkEnd w:id="0"/>
      <w:r w:rsidRPr="00F53D27">
        <w:rPr>
          <w:b/>
          <w:sz w:val="26"/>
        </w:rPr>
        <w:t>?</w:t>
      </w:r>
    </w:p>
    <w:p w:rsidR="00B3479A" w:rsidRPr="00F53D27" w:rsidRDefault="00F53D27" w:rsidP="00F53D27">
      <w:pPr>
        <w:spacing w:after="80" w:line="360" w:lineRule="auto"/>
        <w:rPr>
          <w:rFonts w:hint="eastAsia"/>
          <w:sz w:val="26"/>
        </w:rPr>
      </w:pPr>
      <w:r w:rsidRPr="00F53D27">
        <w:rPr>
          <w:sz w:val="26"/>
        </w:rPr>
        <w:t>____________________________________________________________</w:t>
      </w:r>
    </w:p>
    <w:p w:rsidR="00B3479A" w:rsidRPr="00F53D27" w:rsidRDefault="00F53D27" w:rsidP="00F53D27">
      <w:pPr>
        <w:spacing w:before="40" w:line="360" w:lineRule="auto"/>
        <w:rPr>
          <w:rFonts w:hint="eastAsia"/>
          <w:sz w:val="26"/>
        </w:rPr>
      </w:pPr>
      <w:r w:rsidRPr="00F53D27">
        <w:rPr>
          <w:b/>
          <w:sz w:val="30"/>
        </w:rPr>
        <w:t>🔎</w:t>
      </w:r>
      <w:r w:rsidRPr="00F53D27">
        <w:rPr>
          <w:b/>
          <w:sz w:val="30"/>
        </w:rPr>
        <w:t xml:space="preserve"> IDENTIKIT FINALE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270"/>
        <w:gridCol w:w="5270"/>
      </w:tblGrid>
      <w:tr w:rsidR="00B3479A" w:rsidRPr="00F53D27">
        <w:trPr>
          <w:jc w:val="center"/>
        </w:trPr>
        <w:tc>
          <w:tcPr>
            <w:tcW w:w="5270" w:type="dxa"/>
          </w:tcPr>
          <w:p w:rsidR="00B3479A" w:rsidRPr="00F53D27" w:rsidRDefault="00F53D27" w:rsidP="00F53D27">
            <w:pPr>
              <w:spacing w:line="360" w:lineRule="auto"/>
              <w:rPr>
                <w:rFonts w:hint="eastAsia"/>
                <w:sz w:val="26"/>
              </w:rPr>
            </w:pPr>
            <w:r w:rsidRPr="00F53D27">
              <w:rPr>
                <w:sz w:val="26"/>
              </w:rPr>
              <w:t xml:space="preserve">Una </w:t>
            </w:r>
            <w:r w:rsidRPr="00F53D27">
              <w:rPr>
                <w:sz w:val="26"/>
              </w:rPr>
              <w:t>cosa che abbiamo in comune:</w:t>
            </w:r>
            <w:r w:rsidRPr="00F53D27">
              <w:rPr>
                <w:sz w:val="26"/>
              </w:rPr>
              <w:br/>
              <w:t>________________________________</w:t>
            </w:r>
          </w:p>
        </w:tc>
        <w:tc>
          <w:tcPr>
            <w:tcW w:w="5270" w:type="dxa"/>
          </w:tcPr>
          <w:p w:rsidR="00B3479A" w:rsidRPr="00F53D27" w:rsidRDefault="00F53D27" w:rsidP="00F53D27">
            <w:pPr>
              <w:spacing w:line="360" w:lineRule="auto"/>
              <w:rPr>
                <w:rFonts w:hint="eastAsia"/>
                <w:sz w:val="26"/>
              </w:rPr>
            </w:pPr>
            <w:r w:rsidRPr="00F53D27">
              <w:rPr>
                <w:sz w:val="26"/>
              </w:rPr>
              <w:t>Una cosa in cui siamo diversi:</w:t>
            </w:r>
            <w:r w:rsidRPr="00F53D27">
              <w:rPr>
                <w:sz w:val="26"/>
              </w:rPr>
              <w:br/>
              <w:t>________________________________</w:t>
            </w:r>
          </w:p>
        </w:tc>
      </w:tr>
      <w:tr w:rsidR="00B3479A" w:rsidRPr="00F53D27">
        <w:trPr>
          <w:jc w:val="center"/>
        </w:trPr>
        <w:tc>
          <w:tcPr>
            <w:tcW w:w="5270" w:type="dxa"/>
          </w:tcPr>
          <w:p w:rsidR="00B3479A" w:rsidRPr="00F53D27" w:rsidRDefault="00F53D27" w:rsidP="00F53D27">
            <w:pPr>
              <w:spacing w:line="360" w:lineRule="auto"/>
              <w:rPr>
                <w:rFonts w:hint="eastAsia"/>
                <w:sz w:val="26"/>
              </w:rPr>
            </w:pPr>
            <w:r w:rsidRPr="00F53D27">
              <w:rPr>
                <w:sz w:val="26"/>
              </w:rPr>
              <w:t>Una curiosità che voglio ricordare:</w:t>
            </w:r>
            <w:r w:rsidRPr="00F53D27">
              <w:rPr>
                <w:sz w:val="26"/>
              </w:rPr>
              <w:br/>
              <w:t>________________________________</w:t>
            </w:r>
          </w:p>
        </w:tc>
        <w:tc>
          <w:tcPr>
            <w:tcW w:w="5270" w:type="dxa"/>
          </w:tcPr>
          <w:p w:rsidR="00B3479A" w:rsidRPr="00F53D27" w:rsidRDefault="00F53D27" w:rsidP="00F53D27">
            <w:pPr>
              <w:spacing w:line="360" w:lineRule="auto"/>
              <w:rPr>
                <w:rFonts w:hint="eastAsia"/>
                <w:sz w:val="26"/>
              </w:rPr>
            </w:pPr>
            <w:r w:rsidRPr="00F53D27">
              <w:rPr>
                <w:sz w:val="26"/>
              </w:rPr>
              <w:t>La mia prima impressione in 3 parole:</w:t>
            </w:r>
            <w:r w:rsidRPr="00F53D27">
              <w:rPr>
                <w:sz w:val="26"/>
              </w:rPr>
              <w:br/>
              <w:t>_______________________</w:t>
            </w:r>
            <w:r w:rsidRPr="00F53D27">
              <w:rPr>
                <w:sz w:val="26"/>
              </w:rPr>
              <w:t>_________</w:t>
            </w:r>
          </w:p>
        </w:tc>
      </w:tr>
    </w:tbl>
    <w:p w:rsidR="00B3479A" w:rsidRPr="00F53D27" w:rsidRDefault="00F53D27" w:rsidP="00F53D27">
      <w:pPr>
        <w:spacing w:before="120" w:line="360" w:lineRule="auto"/>
        <w:jc w:val="center"/>
        <w:rPr>
          <w:rFonts w:hint="eastAsia"/>
          <w:sz w:val="26"/>
        </w:rPr>
      </w:pPr>
      <w:r w:rsidRPr="00F53D27">
        <w:rPr>
          <w:b/>
          <w:sz w:val="24"/>
        </w:rPr>
        <w:t>💬</w:t>
      </w:r>
      <w:r w:rsidRPr="00F53D27">
        <w:rPr>
          <w:b/>
          <w:sz w:val="24"/>
        </w:rPr>
        <w:t xml:space="preserve"> Regola del gioco: fai domande, ascolta davvero e scopri qualcosa che non avresti immaginato!</w:t>
      </w:r>
    </w:p>
    <w:sectPr w:rsidR="00B3479A" w:rsidRPr="00F53D27" w:rsidSect="00034616">
      <w:pgSz w:w="12240" w:h="15840"/>
      <w:pgMar w:top="680" w:right="850" w:bottom="68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3479A"/>
    <w:rsid w:val="00B47730"/>
    <w:rsid w:val="00CB0664"/>
    <w:rsid w:val="00F53D2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1718CD"/>
  <w14:defaultImageDpi w14:val="300"/>
  <w15:docId w15:val="{16827F04-4623-4B1F-9180-693DFF0C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C693F"/>
    <w:rPr>
      <w:rFonts w:ascii="Aptos" w:hAnsi="Aptos"/>
      <w:sz w:val="2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F106860-97AC-43D1-BC7D-87913B568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Eliana Laudadio</cp:lastModifiedBy>
  <cp:revision>2</cp:revision>
  <dcterms:created xsi:type="dcterms:W3CDTF">2013-12-23T23:15:00Z</dcterms:created>
  <dcterms:modified xsi:type="dcterms:W3CDTF">2026-09-03T15:48:00Z</dcterms:modified>
  <cp:category/>
</cp:coreProperties>
</file>